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[Suburb or City, State] | [Phone with country code] | [Email] | [LinkedIn URL]</w:t>
      </w:r>
    </w:p>
    <w:p>
      <w:r>
        <w:t>Work rights: [for example, Permanent Resident or Full working rights. Delete this line if not needed.]</w:t>
      </w:r>
    </w:p>
    <w:p>
      <w:pPr>
        <w:pStyle w:val="Heading2"/>
      </w:pPr>
      <w:r>
        <w:t>CAREER SUMMARY</w:t>
      </w:r>
    </w:p>
    <w:p>
      <w:r>
        <w:t>[Three or four sentences: your role, years of experience, two or three strengths that match the job, and one result.]</w:t>
      </w:r>
    </w:p>
    <w:p>
      <w:pPr>
        <w:pStyle w:val="Heading2"/>
      </w:pPr>
      <w:r>
        <w:t>KEY 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EXPERIENCE</w:t>
      </w:r>
    </w:p>
    <w:p>
      <w:r>
        <w:t>[Job title], [Employer], [City,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[Employer], [City,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[Degree], [Institution], [City, Country], [Year]</w:t>
      </w:r>
    </w:p>
    <w:p>
      <w:r>
        <w:t>[Australian equivalent, if assessed]</w:t>
      </w:r>
    </w:p>
    <w:p>
      <w:pPr>
        <w:pStyle w:val="Heading2"/>
      </w:pPr>
      <w:r>
        <w:t>REFEREES</w:t>
      </w:r>
    </w:p>
    <w:p>
      <w:r>
        <w:t>[Referee name], [Job title], [Organisation]</w:t>
      </w:r>
    </w:p>
    <w:p>
      <w:r>
        <w:t>[Phone] | [Email]</w:t>
      </w:r>
    </w:p>
    <w:p>
      <w:r>
        <w:t>[Referee name], [Job title], [Organisation]</w:t>
      </w:r>
    </w:p>
    <w:p>
      <w:r>
        <w:t>[Phone] | [Email]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