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t>[City, Province] | [Phone with country code] | [Email] | [LinkedIn URL]</w:t>
      </w:r>
    </w:p>
    <w:p>
      <w:pPr>
        <w:pStyle w:val="Heading2"/>
      </w:pPr>
      <w:r>
        <w:t>SUMMARY</w:t>
      </w:r>
    </w:p>
    <w:p>
      <w:r>
        <w:t>[Two to four sentences: your job title, years of experience, key strengths, and work authorisation if relevant, for example Permanent Resident.]</w:t>
      </w:r>
    </w:p>
    <w:p>
      <w:pPr>
        <w:pStyle w:val="Heading2"/>
      </w:pPr>
      <w:r>
        <w:t>SKILLS</w:t>
      </w:r>
    </w:p>
    <w:p>
      <w:r>
        <w:t>[Skill category]: [tool], [tool], [tool]</w:t>
      </w:r>
    </w:p>
    <w:p>
      <w:r>
        <w:t>[Skill category]: [tool], [tool], [tool]</w:t>
      </w:r>
    </w:p>
    <w:p>
      <w:pPr>
        <w:pStyle w:val="Heading2"/>
      </w:pPr>
      <w:r>
        <w:t>EXPERIENCE</w:t>
      </w:r>
    </w:p>
    <w:p>
      <w:r>
        <w:t>[Job title], [Employer], [City, Country]</w:t>
      </w:r>
    </w:p>
    <w:p>
      <w:r>
        <w:t>[Month Year] to [Month Year or Present]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r>
        <w:t>[Job title], [Employer], [City, Country]</w:t>
      </w:r>
    </w:p>
    <w:p>
      <w:r>
        <w:t>[Month Year] to [Month Year]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Heading2"/>
      </w:pPr>
      <w:r>
        <w:t>EDUCATION</w:t>
      </w:r>
    </w:p>
    <w:p>
      <w:r>
        <w:t>[Degree as issued], [Institution], [City, Country], [Year]</w:t>
      </w:r>
    </w:p>
    <w:p>
      <w:r>
        <w:t>[Canadian equivalent in brackets, if your credential has been assessed]</w:t>
      </w:r>
    </w:p>
    <w:p>
      <w:pPr>
        <w:pStyle w:val="Heading2"/>
      </w:pPr>
      <w:r>
        <w:t>VOLUNTEER EXPERIENCE (optional)</w:t>
      </w:r>
    </w:p>
    <w:p>
      <w:r>
        <w:t>[Role], [Organisation], [City, Country], [Month Year] to [Month Year]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