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t>[Current city, Country] | [Phone with country code] | [Email] | [LinkedIn URL]</w:t>
      </w:r>
    </w:p>
    <w:p>
      <w:pPr>
        <w:pStyle w:val="Heading2"/>
      </w:pPr>
      <w:r>
        <w:t>PERSONAL DETAILS</w:t>
      </w:r>
    </w:p>
    <w:p>
      <w:r>
        <w:t>Nationality: [Country]</w:t>
      </w:r>
    </w:p>
    <w:p>
      <w:r>
        <w:t>Visa status: [for example: UAE resident on employment visa / visiting until DD Mon YYYY / outside the UAE, available for sponsorship]</w:t>
      </w:r>
    </w:p>
    <w:p>
      <w:r>
        <w:t>Date of birth: [DD/MM/YYYY] (optional)</w:t>
      </w:r>
    </w:p>
    <w:p>
      <w:r>
        <w:t>Languages: [Language] ([level]), [Language] ([level])</w:t>
      </w:r>
    </w:p>
    <w:p>
      <w:r>
        <w:t>Notice period: [for example: 30 days, or available immediately]</w:t>
      </w:r>
    </w:p>
    <w:p>
      <w:pPr>
        <w:pStyle w:val="Heading2"/>
      </w:pPr>
      <w:r>
        <w:t>PROFESSIONAL SUMMARY</w:t>
      </w:r>
    </w:p>
    <w:p>
      <w:r>
        <w:t>[Three to five lines: your job title, years of experience, two or three strengths that match the job, and one result.]</w:t>
      </w:r>
    </w:p>
    <w:p>
      <w:pPr>
        <w:pStyle w:val="Heading2"/>
      </w:pPr>
      <w:r>
        <w:t>WORK EXPERIENCE</w:t>
      </w:r>
    </w:p>
    <w:p>
      <w:r>
        <w:t>[Job title], [Company], [City, Country]</w:t>
      </w:r>
    </w:p>
    <w:p>
      <w:r>
        <w:t>[Month Year] to [Month Year or Present]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r>
        <w:t>[Job title], [Company], [City, Country]</w:t>
      </w:r>
    </w:p>
    <w:p>
      <w:r>
        <w:t>[Month Year] to [Month Year]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Heading2"/>
      </w:pPr>
      <w:r>
        <w:t>EDUCATION</w:t>
      </w:r>
    </w:p>
    <w:p>
      <w:r>
        <w:t>[Degree], [Field], [Institution], [City, Country]</w:t>
      </w:r>
    </w:p>
    <w:p>
      <w:r>
        <w:t>[Year of graduation]</w:t>
      </w:r>
    </w:p>
    <w:p>
      <w:pPr>
        <w:pStyle w:val="Heading2"/>
      </w:pPr>
      <w:r>
        <w:t>SKILLS</w:t>
      </w:r>
    </w:p>
    <w:p>
      <w:r>
        <w:t>[Skill category]: [tool], [tool], [tool]</w:t>
      </w:r>
    </w:p>
    <w:p>
      <w:r>
        <w:t>[Skill category]: [tool], [tool], [tool]</w:t>
      </w:r>
    </w:p>
    <w:p>
      <w:pPr>
        <w:pStyle w:val="Heading2"/>
      </w:pPr>
      <w:r>
        <w:t>CERTIFICATIONS (optional)</w:t>
      </w:r>
    </w:p>
    <w:p>
      <w:r>
        <w:t>[Certification name], [Issuer], [Year]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