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[City] | [Phone with country code] | [Email] | [LinkedIn URL]</w:t>
      </w:r>
    </w:p>
    <w:p>
      <w:pPr>
        <w:pStyle w:val="Heading2"/>
      </w:pPr>
      <w:r>
        <w:t>PERSONAL STATEMENT</w:t>
      </w:r>
    </w:p>
    <w:p>
      <w:r>
        <w:t>[Three to six lines: your job title, years of experience, your speciality and one strong, quantified result.]</w:t>
      </w:r>
    </w:p>
    <w:p>
      <w:pPr>
        <w:pStyle w:val="Heading2"/>
      </w:pPr>
      <w:r>
        <w:t>KEY SKILLS</w:t>
      </w:r>
    </w:p>
    <w:p>
      <w:r>
        <w:t>[Skill category]: [tool], [tool], [tool]</w:t>
      </w:r>
    </w:p>
    <w:p>
      <w:r>
        <w:t>[Skill category]: [tool], [tool], [tool]</w:t>
      </w:r>
    </w:p>
    <w:p>
      <w:pPr>
        <w:pStyle w:val="Heading2"/>
      </w:pPr>
      <w:r>
        <w:t>WORK EXPERIENCE</w:t>
      </w:r>
    </w:p>
    <w:p>
      <w:r>
        <w:t>[Job title], [Employer], [City, Country]</w:t>
      </w:r>
    </w:p>
    <w:p>
      <w:r>
        <w:t>[Month Year] to [Month Year or Present]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r>
        <w:t>[Job title], [Employer], [City, Country]</w:t>
      </w:r>
    </w:p>
    <w:p>
      <w:r>
        <w:t>[Month Year] to [Month Year]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Heading2"/>
      </w:pPr>
      <w:r>
        <w:t>EDUCATION</w:t>
      </w:r>
    </w:p>
    <w:p>
      <w:r>
        <w:t>[Degree], [Classification if you have one], [Institution], [City, Country]</w:t>
      </w:r>
    </w:p>
    <w:p>
      <w:r>
        <w:t>[Month Year] to [Month Year]</w:t>
      </w:r>
    </w:p>
    <w:p>
      <w:pPr>
        <w:pStyle w:val="Heading2"/>
      </w:pPr>
      <w:r>
        <w:t>ADDITIONAL (optional)</w:t>
      </w:r>
    </w:p>
    <w:p>
      <w:r>
        <w:t>Languages: [Language] ([level])</w:t>
      </w:r>
    </w:p>
    <w:p>
      <w:r>
        <w:t>Certifications: [Name], [Issuer], [Year]</w:t>
      </w:r>
    </w:p>
    <w:p>
      <w:r>
        <w:t>Right to work: [Only if you need sponsorship. Delete this line otherwise.]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