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[City, State] | [Phone] | [Email]</w:t>
      </w:r>
    </w:p>
    <w:p>
      <w:pPr>
        <w:pStyle w:val="Heading2"/>
      </w:pPr>
      <w:r>
        <w:t>WORK EXPERIENCE</w:t>
      </w:r>
    </w:p>
    <w:p>
      <w:r>
        <w:t>[Job title], [Employer], [City, State or Country]</w:t>
      </w:r>
    </w:p>
    <w:p>
      <w:r>
        <w:t>[Month Year] to [Month Year or Present]</w:t>
      </w:r>
    </w:p>
    <w:p>
      <w:r>
        <w:t>Hours per week: [for example, 40]</w:t>
      </w:r>
    </w:p>
    <w:p>
      <w:r>
        <w:t>Series and grade: [Only for a previous federal job. Delete this line otherwise.]</w:t>
      </w:r>
    </w:p>
    <w:p>
      <w:pPr>
        <w:pStyle w:val="ListBullet"/>
      </w:pPr>
      <w:r>
        <w:t>[What you did, in the words of the announcement, with a result or number.]</w:t>
      </w:r>
    </w:p>
    <w:p>
      <w:pPr>
        <w:pStyle w:val="ListBullet"/>
      </w:pPr>
      <w:r>
        <w:t>[What you did, in the words of the announcement, with a result or number.]</w:t>
      </w:r>
    </w:p>
    <w:p>
      <w:pPr>
        <w:pStyle w:val="ListBullet"/>
      </w:pPr>
      <w:r>
        <w:t>[What you did, in the words of the announcement, with a result or number.]</w:t>
      </w:r>
    </w:p>
    <w:p>
      <w:r>
        <w:t>[Job title], [Employer], [City, State or Country]</w:t>
      </w:r>
    </w:p>
    <w:p>
      <w:r>
        <w:t>[Month Year] to [Month Year]</w:t>
      </w:r>
    </w:p>
    <w:p>
      <w:r>
        <w:t>Hours per week: [for example, 40]</w:t>
      </w:r>
    </w:p>
    <w:p>
      <w:pPr>
        <w:pStyle w:val="ListBullet"/>
      </w:pPr>
      <w:r>
        <w:t>[What you did, in the words of the announcement, with a result or number.]</w:t>
      </w:r>
    </w:p>
    <w:p>
      <w:pPr>
        <w:pStyle w:val="ListBullet"/>
      </w:pPr>
      <w:r>
        <w:t>[What you did, in the words of the announcement, with a result or number.]</w:t>
      </w:r>
    </w:p>
    <w:p>
      <w:pPr>
        <w:pStyle w:val="Heading2"/>
      </w:pPr>
      <w:r>
        <w:t>EDUCATION</w:t>
      </w:r>
    </w:p>
    <w:p>
      <w:r>
        <w:t>[Degree type], [Field], [School], [City, State], [Completion date]</w:t>
      </w:r>
    </w:p>
    <w:p>
      <w:r>
        <w:t>GPA: [Only if the announcement asks for it.]</w:t>
      </w:r>
    </w:p>
    <w:p>
      <w:pPr>
        <w:pStyle w:val="Heading2"/>
      </w:pPr>
      <w:r>
        <w:t>CERTIFICATIONS AND LICENSES (only if the announcement requires them)</w:t>
      </w:r>
    </w:p>
    <w:p>
      <w:r>
        <w:t>[Name], [Issuer], [Year]</w:t>
      </w:r>
    </w:p>
    <w:p>
      <w:pPr>
        <w:pStyle w:val="Heading2"/>
      </w:pPr>
      <w:r>
        <w:t>ADDITIONAL INFORMATION (only if the announcement asks)</w:t>
      </w:r>
    </w:p>
    <w:p>
      <w:r>
        <w:t>Security clearance: [Level, or delete this line]</w:t>
      </w:r>
    </w:p>
    <w:p>
      <w:r>
        <w:t>Training: [Job-related course], [Year]</w:t>
      </w:r>
    </w:p>
    <w:p>
      <w:r>
        <w:t>Languages: [Language] ([level])</w:t>
      </w:r>
    </w:p>
    <w:p>
      <w:r>
        <w:t>References: [Name, title, organization, phone]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