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[City, State] | [Phone with country code] | [Email] | [LinkedIn URL]</w:t>
      </w:r>
    </w:p>
    <w:p>
      <w:pPr>
        <w:pStyle w:val="Heading2"/>
      </w:pPr>
      <w:r>
        <w:t>SUMMARY</w:t>
      </w:r>
    </w:p>
    <w:p>
      <w:r>
        <w:t>[Two to four sentences: your job title, years of experience, two or three strengths that match the job, and one result.]</w:t>
      </w:r>
    </w:p>
    <w:p>
      <w:pPr>
        <w:pStyle w:val="Heading2"/>
      </w:pPr>
      <w:r>
        <w:t>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EXPERIENCE</w:t>
      </w:r>
    </w:p>
    <w:p>
      <w:r>
        <w:t>[Job title], [Company], [City, State or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[Company], [City, State or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[Field], [Institution], [City, State or Country]</w:t>
      </w:r>
    </w:p>
    <w:p>
      <w:r>
        <w:t>[Year of graduation]</w:t>
      </w:r>
    </w:p>
    <w:p>
      <w:pPr>
        <w:pStyle w:val="Heading2"/>
      </w:pPr>
      <w:r>
        <w:t>CERTIFICATIONS (optional)</w:t>
      </w:r>
    </w:p>
    <w:p>
      <w:r>
        <w:t>[Certification name], [Issuer], [Year]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